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Руины завода Тяжэлектромаш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74f8a03f4c5300be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15be0f17e4a79602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Тяжэлектромаш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4" name="Picture 4" descr="Тяжэлектромаш" title="Тяжэлектро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74f8a03f4c5300be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Тяжэлектромаш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Тяжэлектромаш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Завод Тяжэлектромаш.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https://bimap.su/description/frunze/350_Zavod.txt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Руины завода Тяжэлектромаш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Руины завода Тяжэлектромаш" title="Руины завода Тяжэлектро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15be0f17e4a79602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Руины завода Тяжэлектромаш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Руины завода Тяжэлектромаш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2011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https://bimap.su/description/bishkek/93_IMG_3525.txt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