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Руины завода Тяжэлектромаш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42.86415, 74.58884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1956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74f8a03f4c5300be5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195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1215be0f17e4a79602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42.86415, 74.58884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Тяжэлектромаш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42.86415, 74.58884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1956" cy="2232000"/>
            <wp:docPr id="4" name="Picture 4" descr="Тяжэлектромаш" title="Тяжэлектромаш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74f8a03f4c5300be5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195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Тяжэлектромаш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Тяжэлектромаш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Тяжэлектромаш Фрунзе оор машина куруучу заводу 1958-жылы уюшулган. Ал электр машиналарын, трансформаторлорду жана электр жабдууларын чыгарган. 1982-жылы 1417 кызматкер болгон.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https://bimap.su/description/frunze/350_Zavod.txt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«Тяжэлектромаш» заводунун урандылары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42.86415, 74.58884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5" name="Picture 5" descr="Руины завода Тяжэлектромаш" title="Руины завода Тяжэлектромаш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1215be0f17e4a79602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Руины завода Тяжэлектромаш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«Тяжэлектромаш» заводунун урандылары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«Тяжэлектромаш» заводунун урандылары «Тяжэлектромаш» заводунун урандылары.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https://bimap.su/description/bishkek/93_IMG_3525.txt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