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42.86415, 74.58884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Tyazhelektromash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42.86415, 74.58884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Тяжэлектромаш" title="Тяжэлектрома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74f8a03f4c5300be5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Тяжэлектромаш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Tyazhelektromash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Tyazhelektromash Frunze Heavy Engineering Plant was organized in 1958. It produced electrical machines, transformers, and electrical equipment. In 1982 there were 1,417 employees.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https://bimap.su/description/frunze/350_Zavod.txt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Ruins of the Tyazhelektromash plant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42.86415, 74.58884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Руины завода Тяжэлектромаш" title="Руины завода Тяжэлектрома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215be0f17e4a796029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Руины завода Тяжэлектромаш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Ruins of the Tyazhelektromash plant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Ruins of the Tyazhelektromash plant Ruins of the Tyazhelektromash plant.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https://bimap.su/description/bishkek/93_IMG_3525.txt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