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Женпединститут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42.87361, 74.60462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88209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be8c8527274e41d9d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8209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42.87361, 74.60462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Кыздар педагогикалык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42.87361, 74.60462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8209" cy="2231999"/>
            <wp:docPr id="4" name="Picture 4" descr="Женпединститут" title="Женпед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be8c8527274e41d9d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8209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Женпединститут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Кыздар педагогикалык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атындагы кыз-келиндер педагогикалык институтунун имараты. В.В. Маяковский. Архитектор Ю.Б. Дубов, 1933 1934-жылы Кыргыз мамлекеттик педагогикалык институту болуп ачылган. атындагы Аскердик инженердик академиянын инженердик-командалык бөлүмүндө согуш жылдарында. В.Г.Куйбышева.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https://bimap.su/description/frunze/349_Jenped.txt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42.87361, 74.60462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