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Гостиница «Достук»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42.88138, 74.61834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3881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9d822b5484a3c72f9d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88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42.88138, 74.61834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"Достук" мейманканасы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42.88138, 74.61834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8817" cy="2232000"/>
            <wp:docPr id="4" name="Picture 4" descr="Гостиница «Достук»" title="Гостиница «Досту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9d822b5484a3c72f9d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88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 «Достук»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"Достук" мейманканасы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"Достук" мейманканасы "Достук" мейманканасы 1992-жылы Профсоюздардын борбордук кеңешинин профсоюздук каражаттарынын эсебинен курулган (Москва ш.).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https://bimap.su/description/frunze/348_Dostuk.txt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42.88138, 74.61834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