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42.88138, 74.61834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Hotel "Dostuk"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42.88138, 74.61834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038817" cy="2232000"/>
            <wp:docPr id="2" name="Picture 2" descr="Гостиница «Достук»" title="Гостиница «Достук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9d822b5484a3c72f9d2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3881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Гостиница «Достук»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Hotel "Dostuk"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Hotel "Dostuk" Hotel "Dostuk" was built in 1992 at the expense of union funds of the Central Council of Trade Unions (Moscow).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https://bimap.su/description/frunze/348_Dostuk.txt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42.88138, 74.61834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