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42.86932, 74.60365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Домик Скрябина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42.86932, 74.60365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82666" cy="2232000"/>
            <wp:docPr id="2" name="Picture 2" descr="Домик Скрябина" title="Домик Скрябин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6f1212fdd1b9ff99e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8266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Домик Скрябина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Домик Скрябина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Домик Скрябина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https://bimap.su/description/frunze/347_Dom_Skriabina.txt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42.86932, 74.60365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