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улице Советской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42.87122, 74.61093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9347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88379b119166fc947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34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42.87122, 74.61093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42.87122, 74.61093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3473" cy="2232000"/>
            <wp:docPr id="4" name="Picture 4" descr="Дом на улице Советской" title="Дом на улице Сове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88379b119166fc947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34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Советской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Совет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Совет көчөсүндөгү үй Совет (Абдрахманов) менен Калининдин (Сагымбай) кесилишиндеги бул имарат 1941-жылы ветеринардык техникум катары курулган. Анда согуш башталгандан 60-жылдарга чейин фронттогу шаарлардан эвакуацияланган үй-бүлөлөр жашаган.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https://bimap.su/description/frunze/346_Dom_Jiloi.txt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42.87122, 74.61093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