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Sovetskaya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3473" cy="2232000"/>
            <wp:docPr id="2" name="Picture 2" descr="Дом на улице Советской" title="Дом на улице Сове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88379b119166fc947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34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Советской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Sovetskaya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Sovetskaya Street This building on the corner of Sovetskaya (Abdrakhmanov) and Kalinin (Sagymbay) was built in 1941 as a veterinary technical school. From the beginning of the war until the 60s, families evacuated from front-line cities lived in it.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https://bimap.su/description/frunze/346_Dom_Jiloi.txt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42.87122, 74.61093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