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42.87559, 74.60584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связи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42.87559, 74.60584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2990493" cy="2232000"/>
            <wp:docPr id="2" name="Picture 2" descr="Дом связи" title="Дом связ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04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связи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связи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связи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https://bimap.su/description/frunze/345_Telegraf.txt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42.87559, 74.60584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