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42.87559, 74.60584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Communications House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42.87559, 74.60584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2990493" cy="2232000"/>
            <wp:docPr id="2" name="Picture 2" descr="Дом связи" title="Дом связ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9049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связи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Communications House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Communications House The Communications House or telegraph and telephone station was built in 1936.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https://bimap.su/description/frunze/345_Telegraf.txt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42.87559, 74.60584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