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Чуйкова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42.86567, 74.61030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7120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729bbfed5e1fd7d93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7120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42.86567, 74.61030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Чуйкова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42.86567, 74.61030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71206" cy="2232000"/>
            <wp:docPr id="4" name="Picture 4" descr="Дом Чуйкова" title="Дом Чуйк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729bbfed5e1fd7d93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7120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Чуйкова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Чуйкова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Дом-музей Чуйкова.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https://bimap.su/description/frunze/344_Dom_Chuikova.txt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42.86567, 74.61030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