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Торговые ряды по западной стороне улицы Базарной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42.88135, 74.61154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88000" cy="1423893"/>
            <wp:docPr id="1" name="Picture 1" descr="Торговые ряды по западной стороне улицы Базарной" title="Торговые ряды по западной стороне улицы База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8c194af830d81a04f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14238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Торговые ряды по западной стороне улицы Базарной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Торговые ряды по западной стороне улицы Базарной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между улицами Судейской и Токмакской. Реконструкция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https://bimap.su/description/pishpek/55_Zapad_Bazarnoi.txt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42.88135, 74.61154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42.88135, 74.61154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