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Shopping arcades on the western side of Bazarnaya Street</w:t>
      </w:r>
    </w:p>
    <w:p>
      <w:pPr>
        <w:spacing w:after="100"/>
        <w:jc w:val="center"/>
      </w:pPr>
      <w:r>
        <w:rPr>
          <w:rFonts w:ascii="Arial" w:hAnsi="Arial" w:eastAsia="Arial"/>
          <w:b w:val="0"/>
          <w:color w:val="606667"/>
          <w:sz w:val="17"/>
        </w:rPr>
        <w:t>42.88135, 74.61154</w:t>
      </w:r>
    </w:p>
    <w:p>
      <w:pPr>
        <w:spacing w:before="0" w:after="20"/>
        <w:jc w:val="center"/>
      </w:pPr>
      <w:r>
        <w:drawing>
          <wp:inline xmlns:a="http://schemas.openxmlformats.org/drawingml/2006/main" xmlns:pic="http://schemas.openxmlformats.org/drawingml/2006/picture">
            <wp:extent cx="5688000" cy="1423893"/>
            <wp:docPr id="1" name="Picture 1" descr="Торговые ряды по западной стороне улицы Базарной" title="Торговые ряды по западной стороне улицы Базарной"/>
            <wp:cNvGraphicFramePr>
              <a:graphicFrameLocks noChangeAspect="1"/>
            </wp:cNvGraphicFramePr>
            <a:graphic>
              <a:graphicData uri="http://schemas.openxmlformats.org/drawingml/2006/picture">
                <pic:pic>
                  <pic:nvPicPr>
                    <pic:cNvPr id="0" name="318c194af830d81a04f4.jpg"/>
                    <pic:cNvPicPr/>
                  </pic:nvPicPr>
                  <pic:blipFill>
                    <a:blip r:embed="rId12"/>
                    <a:stretch>
                      <a:fillRect/>
                    </a:stretch>
                  </pic:blipFill>
                  <pic:spPr>
                    <a:xfrm>
                      <a:off x="0" y="0"/>
                      <a:ext cx="5688000" cy="1423893"/>
                    </a:xfrm>
                    <a:prstGeom prst="rect"/>
                  </pic:spPr>
                </pic:pic>
              </a:graphicData>
            </a:graphic>
          </wp:inline>
        </w:drawing>
      </w:r>
    </w:p>
    <w:p>
      <w:pPr>
        <w:spacing w:after="60"/>
        <w:jc w:val="center"/>
      </w:pPr>
      <w:r>
        <w:rPr>
          <w:rFonts w:ascii="Arial" w:hAnsi="Arial" w:eastAsia="Arial"/>
          <w:b w:val="0"/>
          <w:color w:val="606667"/>
          <w:sz w:val="15"/>
        </w:rPr>
        <w:t>Торговые ряды по западной стороне улицы Базарной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Shopping arcades on the western side of Bazarnaya Street</w:t>
      </w:r>
    </w:p>
    <w:p>
      <w:pPr>
        <w:widowControl/>
        <w:spacing w:before="0" w:after="60" w:line="247" w:lineRule="auto"/>
      </w:pPr>
      <w:r>
        <w:rPr>
          <w:rFonts w:ascii="Arial" w:hAnsi="Arial" w:eastAsia="Arial"/>
          <w:b w:val="0"/>
          <w:color w:val="242C2F"/>
          <w:sz w:val="19"/>
        </w:rPr>
        <w:t>﻿ Shopping arcades on the western side of Bazarnaya Street between Sudeiskaya and Tokmakskaya streets. Reconstruction of the Chasov. While the construction of residential buildings in the city of Pishpek was carried out strictly according to plan, when there were two or three estates in one block, the development of shopping streets became denser, and the block was built up with a continuous series of shops and stores. The shops of prominent merc</w:t>
      </w:r>
    </w:p>
    <w:p>
      <w:pPr>
        <w:spacing w:before="20" w:after="0"/>
      </w:pPr>
      <w:r>
        <w:rPr>
          <w:rFonts w:ascii="Arial" w:hAnsi="Arial" w:eastAsia="Arial"/>
          <w:b w:val="0"/>
          <w:color w:val="606667"/>
          <w:sz w:val="14"/>
        </w:rPr>
        <w:t>Source: https://bimap.su/description/pishpek/55_Zapad_Bazarnoi.txt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42.88135, 74.61154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42.88135, 74.61154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