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42.87714, 74.61132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«Памирстроя»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42.87714, 74.61132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Дом «Памирстроя»" title="Дом «Памирстроя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55710718b403a93d2f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«Памирстроя»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«Памирстроя»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Памирстроя на улице Советской.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https://bimap.su/description/frunze/342_Dom_Pamirstroia.txt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42.87714, 74.61132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