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«Ракушка»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/>
      <w:r>
        <w:drawing>
          <wp:inline xmlns:a="http://schemas.openxmlformats.org/drawingml/2006/main" xmlns:pic="http://schemas.openxmlformats.org/drawingml/2006/picture">
            <wp:extent cx="5688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"Shell"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3219125" cy="2232000"/>
            <wp:docPr id="4" name="Picture 4" descr="«Ракушка»" title="«Ракуш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91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«Ракушка»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"Shell"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Shell сувенир павильоны Shell. Архитектор К.Алыкулов, Р.Мухамадиев, 1975. В.Зеленованын сүрөтү,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https://bimap.su/description/frunze/340_Rakushka.txt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42.87668, 74.61434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