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PISHPEK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42.87668, 74.61434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Pishpek" title="Pishp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FRUNZE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“Shell”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42.87668, 74.61434</w:t>
      </w:r>
    </w:p>
    <w:p>
      <w:pPr>
        <w:spacing w:before="0" w:after="20"/>
        <w:jc w:val="center"/>
      </w:pPr>
      <w:r/>
      <w:r>
        <w:drawing>
          <wp:inline xmlns:a="http://schemas.openxmlformats.org/drawingml/2006/main" xmlns:pic="http://schemas.openxmlformats.org/drawingml/2006/picture">
            <wp:extent cx="3219125" cy="2232000"/>
            <wp:docPr id="2" name="Picture 2" descr="«Ракушка»" title="«Ракушка»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219125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«Ракушка»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  <w:r>
        <w:rPr>
          <w:rFonts w:ascii="Arial" w:hAnsi="Arial" w:eastAsia="Arial"/>
          <w:b/>
          <w:color w:val="242C2F"/>
          <w:sz w:val="20"/>
        </w:rPr>
        <w:t xml:space="preserve">  “Shell”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Shell Souvenir Pavilion Shell. Architect K. Alykulov, R. Mukhamadiev, 1975. Photo by V. Zelenova, 1984.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https://bimap.su/description/frunze/340_Rakushka.txt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BISHKEK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42.87668, 74.61434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Bishkek" title="Bishk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