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КСК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42.87432, 74.64170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296591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09b7a8fa81f5de0b8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659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42.87432, 74.64170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КСК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42.87432, 74.64170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296591" cy="2232000"/>
            <wp:docPr id="4" name="Picture 4" descr="КСК" title="КС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b09b7a8fa81f5de0b8a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9659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КСК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КСК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(Камвольно-суконный комбинат).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https://bimap.su/description/frunze/339_KSK.txt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42.87432, 74.64170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