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Карьер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20000" cy="2232000"/>
            <wp:docPr id="2" name="Picture 2" descr="Карьер" title="Карь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fb09aebe7935aaaf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2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Карьер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Карьер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Карьер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https://bimap.su/description/frunze/338_Karer.txt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42.80943, 74.63572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