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42.80943, 74.63572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Карьер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42.80943, 74.63572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20000" cy="2232000"/>
            <wp:docPr id="2" name="Picture 2" descr="Карьер" title="Карье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fb09aebe7935aaaf5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20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Карьер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Карьер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Карьер Шаардын түштүк четиндеги шагыл карьери. Бул жерден алар микрорайондор курулган бетон аралашмалары үчүн толтургучту алып чыгышты.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https://bimap.su/description/frunze/338_Karer.txt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42.80943, 74.63572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