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Quarry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20000" cy="2232000"/>
            <wp:docPr id="2" name="Picture 2" descr="Карьер" title="Карь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fb09aebe7935aaaf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2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Карьер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Quarry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Quarry A gravel quarry on the southern outskirts of the city. From here they scooped up the filler for the concrete mixtures from which the microdistricts were built.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https://bimap.su/description/frunze/338_Karer.txt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