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Проспект Мира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42.84228, 74.58543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128112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2086e9602641a65ba3a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2811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42.84228, 74.58543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Проспект Мира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42.84228, 74.58543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128112" cy="2232000"/>
            <wp:docPr id="4" name="Picture 4" descr="Проспект Мира" title="Проспект Мир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2086e9602641a65ba3a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2811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Проспект Мира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Проспект Мира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Строительство первого микрорайона на проспекте Мира.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https://bimap.su/description/frunze/337_Prospekt_Mira.txt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42.84228, 74.58543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