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42.87217, 74.60506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Токтогула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42.87217, 74.60506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16405" cy="2232000"/>
            <wp:docPr id="2" name="Picture 2" descr="Улица Токтогула" title="Улица Токтогу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295f3a251fc77416b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1640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Токтогула · 1951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Токтогула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1951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https://bimap.su/description/frunze/336_Toktogula.txt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42.87217, 74.60506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