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42.87217, 74.60506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Токтогул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42.87217, 74.60506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16405" cy="2232000"/>
            <wp:docPr id="2" name="Picture 2" descr="Улица Токтогула" title="Улица Токтогу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295f3a251fc77416b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1640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Токтогула · 1951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Токтогул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Токтогул көчөсү. 1951-жылдагы сүрөт Токтогул көчөсү дарыядан чыгыштан батышка карай созулуп жатат. Аламүдүн ст. Фучика. Илгери Грязновская - Пишпек уезддик начальнигинин атынан аталып келген. 1924-жылы көчөгө советтик акын Демьян Бедныйдын, 1938-жылы улуу кыргыз эл акыны-демократы, кыргыз совет адабиятынын негиздөөчүлөрүнүн бири Токтогул Сатылгановдун (1864-1933) ысымы ыйгарылган. 30-жылдардын башына чейин көчө жапыз бир кабаттуу үйлөрдөн турга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https://bimap.su/description/frunze/336_Toktogula.txt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42.87217, 74.60506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