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Toktogul Street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6405" cy="2232000"/>
            <wp:docPr id="2" name="Picture 2" descr="Улица Токтогула" title="Улица Токтогул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295f3a251fc77416b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640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Улица Токтогула · 1951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Toktogul Street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Toktogul Street. Photo from 1951 Toktogul Street stretches from east to west from the river. Alamedin to st. Fuchika. In the past it was called Gryaznovskaya - after the name of the Pishpek district chief. In 1924 the street was named after Demyan Bedny, a Soviet poet, and in 1938 it was named after the great Kyrgyz people's akyn-democrat, one of the founders of Kyrgyz Soviet literature, Toktogul Satylganov (1864-1933). Until the early 30s, the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https://bimap.su/description/frunze/336_Toktogula.txt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42.87217, 74.60506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