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42.87614, 74.61447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ЦУМ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42.87614, 74.61447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057272" cy="2232000"/>
            <wp:docPr id="2" name="Picture 2" descr="ЦУМ" title="ЦУ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341e7cff67e9d31bb8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5727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ЦУМ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ЦУМ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Центральный универмаг «Ай-Чурек».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https://bimap.su/description/frunze/335_ZUM.txt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42.87614, 74.61447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