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TSUM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57272" cy="2232000"/>
            <wp:docPr id="2" name="Picture 2" descr="ЦУМ" title="Ц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41e7cff67e9d31bb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TSUM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TSUM. ЦУМ «Ай-Чурек» борбордук универмаг. Борбордук «Ай-Чурек» универмаг. Архитекторлор Б Соболевский, Ю. Пересветов, В.Лачинов, 1974-ж.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https://bimap.su/description/frunze/335_ZUM.txt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