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42.87614, 74.61447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TSUM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42.87614, 74.61447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057272" cy="2232000"/>
            <wp:docPr id="2" name="Picture 2" descr="ЦУМ" title="ЦУ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41e7cff67e9d31bb8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2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ЦУМ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TSUM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TSUM. Central department store "Ai-Churek" TSUM. Central department store "Ai-Churek". Architects B. Sobolevsky, Yu. Peresvetov, V. Lachinov, 1974.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https://bimap.su/description/frunze/335_ZUM.txt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42.87614, 74.61447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