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2240" cy="2232000"/>
            <wp:docPr id="2" name="Picture 2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6d08c8cf48b34160f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22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Фонтан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 ЦУМа.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https://bimap.su/description/frunze/334_Fontan.txt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