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42.87614, 74.61365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Фонтан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42.87614, 74.61365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02240" cy="2232000"/>
            <wp:docPr id="2" name="Picture 2" descr="Фонтан" title="Фонта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16d08c8cf48b34160f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0224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Фонтан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Фонтан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ЦУМдун жанындагы фонтан Шаардын борборун реконструкциялоо жана жашылдандыруу жана коомдук имараттарды жана курулуштарды курууда фонтандар курулат. ЦУМдагы фонтан (архитектор Р. Мухамадиев, А. Солтобаев жана башкалар, 1977).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https://bimap.su/description/frunze/334_Fontan.txt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42.87614, 74.61365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