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Восточная сторона улицы Базарной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42.88002, 74.61178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5688000" cy="1205856"/>
            <wp:docPr id="1" name="Picture 1" descr="Восточная сторона улицы Базарной" title="Восточная сторона улицы Базарн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6284de51ac249d2324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120585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Восточная сторона улицы Базарной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Восточная сторона улицы Базарной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между улицами Судейской и Уездной. Реконструкция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https://bimap.su/description/pishpek/54_Vostok_Bazarnoi.txt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42.88002, 74.61178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42.88002, 74.61178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