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Монолиттүү үйлөр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345615" cy="2232000"/>
            <wp:docPr id="2" name="Picture 2" descr="Монолитные дома" title="Монолитные до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16278e78153142d29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5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Монолитные дома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Монолиттүү үйлөр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 проспектиндеги монолиттүү үйлөр Ленинский проспектисиндеги монолиттүү үйлөр. Сүрөт 1986. Архитекторлор Б.Лебедев, А.Нежурин, А.Байбеков.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https://bimap.su/description/frunze/332_Monolit.txt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