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42.87444, 74.63175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Monolithic houses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42.87444, 74.63175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345615" cy="2232000"/>
            <wp:docPr id="2" name="Picture 2" descr="Монолитные дома" title="Монолитные дом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b16278e78153142d29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4561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Монолитные дома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Monolithic houses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Monolithic houses on Leninsky Prospect Monolithic houses on Leninsky Prospekt. Photo from 1986. Architects B. Lebedev, A. Nezhurin, A. Baybekov.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https://bimap.su/description/frunze/332_Monolit.txt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42.87444, 74.63175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