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правительства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0379" cy="2232000"/>
            <wp:docPr id="2" name="Picture 2" descr="Дом правительства" title="Дом правитель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9c9bcf35dd89adb44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3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правительства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правительства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правительства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https://bimap.su/description/frunze/331_Dom_pravitelstva.txt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