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42.87726, 74.60019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Өкмөт үйү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42.87726, 74.60019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90379" cy="2232000"/>
            <wp:docPr id="2" name="Picture 2" descr="Дом правительства" title="Дом правительст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e9c9bcf35dd89adb44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9037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правительства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Өкмөт үйү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Өкмөт үйү Өкмөт үйү. Архитекторлор: У.Алымкулов – режиссёр, А.Зусик, О.Лазарев, Р.Мухамадиев, С.Султанов ж.б. 1984.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https://bimap.su/description/frunze/331_Dom_pravitelstva.txt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42.87726, 74.60019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