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42.87726, 74.60019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Government House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42.87726, 74.60019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390379" cy="2232000"/>
            <wp:docPr id="2" name="Picture 2" descr="Дом правительства" title="Дом правительств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7e9c9bcf35dd89adb445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390379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Дом правительства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Government House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Government House Government House. Architects: U. Alymkulov - director, A. Zusik, O. Lazarev, R. Mukhamadiev, S. Sultanov and others. 1984.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https://bimap.su/description/frunze/331_Dom_pravitelstva.txt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42.87726, 74.60019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