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Крупская атындагы клуб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5176" cy="2232000"/>
            <wp:docPr id="2" name="Picture 2" descr="Клуб им.Крупской" title="Клуб им.Круп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cc947931c585b472e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51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Клуб им.Крупской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Крупская атындагы клуб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Крупская атындагы клуб Башы кесилген Ыйык Серафим собору динге каршы музейге, ал эми 30-жылдардын башында балдар үйүнүн клубуна айландырылган.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https://bimap.su/description/frunze/330_Klub.txt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42.87694, 74.57971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