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Club named after Krupskaya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5176" cy="2232000"/>
            <wp:docPr id="2" name="Picture 2" descr="Клуб им.Крупской" title="Клуб им.Круп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cc947931c585b472e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51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Клуб им.Крупской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Club named after Krupskaya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Club named after Krupskaya The decapitated St. Seraphim Cathedral was converted into an anti-religious museum, and in the early 30s it was transformed into an orphanage club.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https://bimap.su/description/frunze/330_Klub.txt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