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Детский дом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68545" cy="2232000"/>
            <wp:docPr id="2" name="Picture 2" descr="Детский дом" title="Детски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3f2e3dab19054bd5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5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Детский дом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им.Крупской.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https://bimap.su/description/frunze/329_Detdom.txt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