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42.87592, 74.57984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Балдар үйү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42.87592, 74.57984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968545" cy="2232000"/>
            <wp:docPr id="2" name="Picture 2" descr="Детский дом" title="Детский до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e3f2e3dab19054bd5d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54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Детский дом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Балдар үйү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Крупская атындагы балдар үйүнүн кыздары үчүн жатакананын имараты Бул 1930-жылдан 60-жылдарга чейин Дунганская (Киев), Свердлова (Үмөталиева, А. Солуккинская), Пушкин көчөлөрүндө жайгашкан балдар үйүнүн имараттарынан калган. Турак жай, клуб жана цехтер — тигүүчүлүк, сантехник, жыгач устачылык, бут кийим тигүү, коммуналдык жумуштар болгон. атындагы балдар үйү. Н.К. Крупской согуш жылдарында жетим калган, елкенун батыш райондорунан — Белоруссиядан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https://bimap.su/description/frunze/329_Detdom.txt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42.87592, 74.57984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