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Вид на юго-запад от стадиона «Спартак»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38995" cy="2232000"/>
            <wp:docPr id="2" name="Picture 2" descr="Вид на юго-запад от стадиона «Спартак»" title="Вид на юго-запад от стадиона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959931d67ee4b102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899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юго-запад от стадиона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Вид на юго-запад от стадиона «Спартак»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Вид на юго-запад от стадиона «Спартак»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https://bimap.su/description/frunze/328_Dvorez_sporta.txt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