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42.87879, 74.59711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«Спартак» стадионунан түштүк-батыш тарапка көрүнүш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42.87879, 74.59711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38995" cy="2232000"/>
            <wp:docPr id="2" name="Picture 2" descr="Вид на юго-запад от стадиона «Спартак»" title="Вид на юго-запад от стадиона «Спарта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959931d67ee4b102a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3899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Вид на юго-запад от стадиона «Спартак»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«Спартак» стадионунан түштүк-батыш тарапка көрүнүш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«Спартак» стадионунан түштүк-батышка карай Спорт сарайына карай көрүнүш Алдыңкы планда «Спартак» стадионунун Кичи Спорт Аренасы. Бийик кабаттуу имарат — «Горпромпроект» эсептее борбору. 1985-жылдагы сүрөт.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https://bimap.su/description/frunze/328_Dvorez_sporta.txt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42.87879, 74.59711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