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42.87879, 74.59711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View to the southwest from the Spartak stadium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42.87879, 74.59711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38995" cy="2232000"/>
            <wp:docPr id="2" name="Picture 2" descr="Вид на юго-запад от стадиона «Спартак»" title="Вид на юго-запад от стадиона «Спартак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959931d67ee4b102a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3899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Вид на юго-запад от стадиона «Спартак»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View to the southwest from the Spartak stadium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View to the southwest from the Spartak stadium towards the Sports Palace In the foreground is the Small Sports Arena of the Spartak stadium. The high-rise building is the Gorpromproekt computer center. Photo from 1985.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https://bimap.su/description/frunze/328_Dvorez_sporta.txt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42.87879, 74.59711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