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42.88650, 74.60965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Дворец пионеров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42.88650, 74.60965</w:t>
      </w:r>
    </w:p>
    <w:p>
      <w:pPr>
        <w:spacing w:before="0" w:after="20"/>
        <w:jc w:val="center"/>
      </w:pPr>
      <w:r/>
      <w:r>
        <w:drawing>
          <wp:inline xmlns:a="http://schemas.openxmlformats.org/drawingml/2006/main" xmlns:pic="http://schemas.openxmlformats.org/drawingml/2006/picture">
            <wp:extent cx="4564944" cy="2232000"/>
            <wp:docPr id="2" name="Picture 2" descr="Дворец пионеров" title="Дворец пионер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494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Дворец пионеров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Дворец пионеров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Дворец пионеров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https://bimap.su/description/frunze/327_Dvorez_pionerov.txt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42.88650, 74.60965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