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Пионерлер сарайы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4564944" cy="2232000"/>
            <wp:docPr id="2" name="Picture 2" descr="Дворец пионеров" title="Дворец пионер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49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Дворец пионеров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Пионерлер сарайы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Пионерлер сарайы Имараттын курулушу 1939-жылы архитектор Ф.П. Стеблин. Курулуш 1951-жылы архитектор В.Е. Нусов.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https://bimap.su/description/frunze/327_Dvorez_pionerov.txt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