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42.88170, 74.59705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«Бакыт»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42.88170, 74.59705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782041" cy="2232000"/>
            <wp:docPr id="2" name="Picture 2" descr="«Бакыт»" title="«Бакыт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c3e5c1ce613025658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820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«Бакыт»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«Бакыт»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бракосочетаний «Бакыт».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https://bimap.su/description/frunze/326_Dom_brako.txt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42.88170, 74.59705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