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"Бакыт"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2041" cy="2232000"/>
            <wp:docPr id="2" name="Picture 2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c3e5c1ce61302565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2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"Бакыт"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Свадьба үйү "Бакыт" Свадьба үйү "Бакыт". 1967-жылы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https://bimap.su/description/frunze/326_Dom_brako.txt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