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8571" cy="2232000"/>
            <wp:docPr id="2" name="Picture 2" descr="Театр" title="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69613dcb1ef0eac9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857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Киргизского академического драматического театра.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https://bimap.su/description/frunze/325_Teatr.txt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42.87890, 74.60212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