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42.87890, 74.60212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Театр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42.87890, 74.60212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88571" cy="2232000"/>
            <wp:docPr id="2" name="Picture 2" descr="Театр" title="Театр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769613dcb1ef0eac9ec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8857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Театр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Театр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Кыргыз академиялык драма театрынын имараты Кыргыз академиялык драма театрынын имараты. Сүрөт 1970 Архитекторлор Ф.М.Евсеев, М.Г.Евсеева, инженерлер В.В.Жаркова, А.А.Антонова, 1970 Кыргыз драма театры – 1941-жылы Фрунзе шаарында 1-Кыргыз профессионалдык драма театрынын базасында түзүлгөн (1930). Театр Эмгек Кызыл Туу ордени менен сыйланган (1958), академик (1971) наамы берилген. Театрдын имаратында керкем паннолор.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https://bimap.su/description/frunze/325_Teatr.txt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42.87890, 74.60212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