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Здание Спорткомитета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90253" cy="2232000"/>
            <wp:docPr id="2" name="Picture 2" descr="Здание Спорткомитета" title="Здание Спорткомите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de2e73816bf1a18c9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9025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Здание Спорткомитета · 1958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Здание Спорткомитета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1958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https://bimap.su/description/frunze/324_TogMoldo.txt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42.88097, 74.59673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